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 Foundation funding application</w:t>
      </w:r>
    </w:p>
    <w:p>
      <w:pPr/>
      <w:r>
        <w:t>McDonald's in the Community Foundation</w:t>
      </w:r>
    </w:p>
    <w:p>
      <w:pPr/>
      <w:r>
        <w:t>Complete the editable fields or print and use BLOCK LETTERS and a blue or black pen. You may append additional pages or information where needed. Please label any additional pages with your organisation name and the relevant question.</w:t>
      </w:r>
    </w:p>
    <w:p>
      <w:pPr/>
      <w:r>
        <w:t>Email your completed application and supporting documents to charity@straubfood.com. Straub Food will review your application and forward it to the MIC Foundation.</w:t>
      </w:r>
    </w:p>
    <w:p>
      <w:pPr>
        <w:pStyle w:val="Heading2"/>
      </w:pPr>
      <w:r>
        <w:t>Organisation details</w:t>
      </w:r>
    </w:p>
    <w:p>
      <w:pPr>
        <w:keepNext/>
        <w:spacing w:after="60"/>
      </w:pPr>
      <w:r>
        <w:rPr>
          <w:b/>
        </w:rPr>
        <w:t>Organisation name</w:t>
      </w:r>
    </w:p>
    <w:p>
      <w:pPr>
        <w:keepNext/>
        <w:spacing w:after="80"/>
      </w:pPr>
      <w:r>
        <w:rPr>
          <w:sz w:val="21"/>
        </w:rPr>
        <w:t>Please provide the name of your organisation as it is generally known.</w:t>
      </w:r>
    </w:p>
    <w:sdt>
      <w:sdtPr>
        <w:tag w:val="organisation_name"/>
        <w:alias w:val="organisation name"/>
        <w:id w:val="101"/>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Organisation legal name</w:t>
      </w:r>
    </w:p>
    <w:p>
      <w:pPr>
        <w:keepNext/>
        <w:spacing w:after="80"/>
      </w:pPr>
      <w:r>
        <w:rPr>
          <w:sz w:val="21"/>
        </w:rPr>
        <w:t>Please provide the legal name of your organisation as it can differ from your operational name.</w:t>
      </w:r>
    </w:p>
    <w:sdt>
      <w:sdtPr>
        <w:tag w:val="organisation_legal_name"/>
        <w:alias w:val="organisation legal name"/>
        <w:id w:val="102"/>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Organisation address</w:t>
      </w:r>
    </w:p>
    <w:p>
      <w:pPr>
        <w:keepNext/>
        <w:spacing w:after="80"/>
      </w:pPr>
      <w:r>
        <w:rPr>
          <w:sz w:val="21"/>
        </w:rPr>
        <w:t>We will use this address for any letter correspondence.</w:t>
      </w:r>
    </w:p>
    <w:sdt>
      <w:sdtPr>
        <w:tag w:val="organisation_address"/>
        <w:alias w:val="organisation address"/>
        <w:id w:val="103"/>
        <w:text w:multiLine="1"/>
      </w:sdtPr>
      <w:sdtContent>
        <w:p>
          <w:pPr>
            <w:spacing w:after="100" w:line="250" w:lineRule="auto"/>
            <w:pBdr>
              <w:bottom w:val="single" w:sz="4" w:color="BBBBBB" w:space="3"/>
            </w:pBdr>
          </w:pPr>
          <w:r>
            <w:rPr>
              <w:color w:val="777777"/>
              <w:sz w:val="22"/>
            </w:rPr>
            <w:t>Enter response here</w:t>
            <w:br/>
          </w:r>
        </w:p>
      </w:sdtContent>
    </w:sdt>
    <w:p>
      <w:pPr>
        <w:keepNext/>
        <w:spacing w:after="60"/>
      </w:pPr>
      <w:r>
        <w:rPr>
          <w:b/>
        </w:rPr>
        <w:t>Website address</w:t>
      </w:r>
    </w:p>
    <w:sdt>
      <w:sdtPr>
        <w:tag w:val="website"/>
        <w:alias w:val="website"/>
        <w:id w:val="104"/>
        <w:text w:multiLine="1"/>
      </w:sdtPr>
      <w:sdtContent>
        <w:p>
          <w:pPr>
            <w:spacing w:after="100" w:line="250" w:lineRule="auto"/>
            <w:pBdr>
              <w:bottom w:val="single" w:sz="4" w:color="BBBBBB" w:space="3"/>
            </w:pBdr>
          </w:pPr>
          <w:r>
            <w:rPr>
              <w:color w:val="777777"/>
              <w:sz w:val="22"/>
            </w:rPr>
            <w:t>Enter response here</w:t>
          </w:r>
        </w:p>
      </w:sdtContent>
    </w:sdt>
    <w:p>
      <w:pPr>
        <w:pStyle w:val="Heading2"/>
      </w:pPr>
      <w:r>
        <w:t>Contact details</w:t>
      </w:r>
    </w:p>
    <w:p>
      <w:pPr/>
      <w:r>
        <w:t>Please enter the details of the best person to contact to discuss this application.</w:t>
      </w:r>
    </w:p>
    <w:p>
      <w:pPr>
        <w:keepNext/>
        <w:spacing w:after="60"/>
      </w:pPr>
      <w:r>
        <w:rPr>
          <w:b/>
        </w:rPr>
        <w:t>Name</w:t>
      </w:r>
    </w:p>
    <w:sdt>
      <w:sdtPr>
        <w:tag w:val="contact_name"/>
        <w:alias w:val="contact name"/>
        <w:id w:val="105"/>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Position within organisation</w:t>
      </w:r>
    </w:p>
    <w:sdt>
      <w:sdtPr>
        <w:tag w:val="contact_position"/>
        <w:alias w:val="contact position"/>
        <w:id w:val="106"/>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Phone number</w:t>
      </w:r>
    </w:p>
    <w:sdt>
      <w:sdtPr>
        <w:tag w:val="contact_phone"/>
        <w:alias w:val="contact phone"/>
        <w:id w:val="107"/>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Email</w:t>
      </w:r>
    </w:p>
    <w:sdt>
      <w:sdtPr>
        <w:tag w:val="contact_email"/>
        <w:alias w:val="contact email"/>
        <w:id w:val="108"/>
        <w:text w:multiLine="1"/>
      </w:sdtPr>
      <w:sdtContent>
        <w:p>
          <w:pPr>
            <w:spacing w:after="100" w:line="250" w:lineRule="auto"/>
            <w:pBdr>
              <w:bottom w:val="single" w:sz="4" w:color="BBBBBB" w:space="3"/>
            </w:pBdr>
          </w:pPr>
          <w:r>
            <w:rPr>
              <w:color w:val="777777"/>
              <w:sz w:val="22"/>
            </w:rPr>
            <w:t>Enter response here</w:t>
          </w:r>
        </w:p>
      </w:sdtContent>
    </w:sdt>
    <w:p>
      <w:r>
        <w:br w:type="page"/>
      </w:r>
    </w:p>
    <w:p>
      <w:pPr>
        <w:pStyle w:val="Heading1"/>
      </w:pPr>
      <w:r>
        <w:t>About your organisation</w:t>
      </w:r>
    </w:p>
    <w:p>
      <w:pPr>
        <w:keepNext/>
        <w:spacing w:after="60"/>
      </w:pPr>
      <w:r>
        <w:rPr>
          <w:b/>
        </w:rPr>
        <w:t>Organisation type</w:t>
      </w:r>
    </w:p>
    <w:p>
      <w:pPr>
        <w:keepNext/>
        <w:spacing w:after="80"/>
      </w:pPr>
      <w:r>
        <w:rPr>
          <w:sz w:val="21"/>
        </w:rPr>
        <w:t>Charity, youth group, etc.</w:t>
      </w:r>
    </w:p>
    <w:sdt>
      <w:sdtPr>
        <w:tag w:val="organisation_type"/>
        <w:alias w:val="organisation type"/>
        <w:id w:val="109"/>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Date charity constituted</w:t>
      </w:r>
    </w:p>
    <w:p>
      <w:pPr>
        <w:keepNext/>
        <w:spacing w:after="80"/>
      </w:pPr>
      <w:r>
        <w:rPr>
          <w:sz w:val="21"/>
        </w:rPr>
        <w:t>Please enter the date your charity was set up. This may or may not be the same as the date you registered with the Charity Commission and/or OSCR.</w:t>
      </w:r>
    </w:p>
    <w:sdt>
      <w:sdtPr>
        <w:tag w:val="date_constituted"/>
        <w:alias w:val="date constituted"/>
        <w:id w:val="110"/>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Charity number</w:t>
      </w:r>
    </w:p>
    <w:p>
      <w:pPr>
        <w:keepNext/>
        <w:spacing w:after="80"/>
      </w:pPr>
      <w:r>
        <w:rPr>
          <w:sz w:val="21"/>
        </w:rPr>
        <w:t>If applicable.</w:t>
      </w:r>
    </w:p>
    <w:sdt>
      <w:sdtPr>
        <w:tag w:val="charity_number"/>
        <w:alias w:val="charity number"/>
        <w:id w:val="111"/>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Company number</w:t>
      </w:r>
    </w:p>
    <w:p>
      <w:pPr>
        <w:keepNext/>
        <w:spacing w:after="80"/>
      </w:pPr>
      <w:r>
        <w:rPr>
          <w:sz w:val="21"/>
        </w:rPr>
        <w:t>If applicable.</w:t>
      </w:r>
    </w:p>
    <w:sdt>
      <w:sdtPr>
        <w:tag w:val="company_number"/>
        <w:alias w:val="company number"/>
        <w:id w:val="112"/>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Give a brief description of your organisation (300 words)</w:t>
      </w:r>
    </w:p>
    <w:p>
      <w:pPr>
        <w:keepNext/>
        <w:spacing w:after="80"/>
      </w:pPr>
      <w:r>
        <w:rPr>
          <w:sz w:val="21"/>
        </w:rPr>
        <w:t>What is the purpose of your organisation and what are its main aims? Briefly describe the range of services your organisation provides and what you do on a daily basis. If needed, please append additional pages/information.</w:t>
      </w:r>
    </w:p>
    <w:sdt>
      <w:sdtPr>
        <w:tag w:val="organisation_description"/>
        <w:alias w:val="organisation description"/>
        <w:id w:val="113"/>
        <w:text w:multiLine="1"/>
      </w:sdtPr>
      <w:sdtContent>
        <w:p>
          <w:pPr>
            <w:spacing w:after="100" w:line="250" w:lineRule="auto"/>
            <w:pBdr>
              <w:bottom w:val="single" w:sz="4" w:color="BBBBBB" w:space="3"/>
            </w:pBdr>
          </w:pPr>
          <w:r>
            <w:rPr>
              <w:color w:val="777777"/>
              <w:sz w:val="22"/>
            </w:rPr>
            <w:t>Enter response here</w:t>
            <w:br/>
            <w:br/>
            <w:br/>
            <w:br/>
            <w:br/>
            <w:br/>
            <w:br/>
            <w:br/>
            <w:br/>
            <w:br/>
            <w:br/>
            <w:br/>
            <w:br/>
            <w:br/>
            <w:br/>
            <w:br/>
            <w:br/>
            <w:br/>
            <w:br/>
          </w:r>
        </w:p>
      </w:sdtContent>
    </w:sdt>
    <w:p>
      <w:r>
        <w:br w:type="page"/>
      </w:r>
    </w:p>
    <w:p>
      <w:pPr>
        <w:pStyle w:val="Heading1"/>
      </w:pPr>
      <w:r>
        <w:t>Financial information</w:t>
      </w:r>
    </w:p>
    <w:p>
      <w:pPr>
        <w:keepNext/>
        <w:spacing w:after="60"/>
      </w:pPr>
      <w:r>
        <w:rPr>
          <w:b/>
        </w:rPr>
        <w:t>How much are you requesting from us in total?</w:t>
      </w:r>
    </w:p>
    <w:p>
      <w:pPr>
        <w:keepNext/>
        <w:spacing w:after="80"/>
      </w:pPr>
      <w:r>
        <w:rPr>
          <w:sz w:val="21"/>
        </w:rPr>
        <w:t>Please provide the total amount in whole pounds that you are requesting from The MIC Foundation.</w:t>
      </w:r>
    </w:p>
    <w:sdt>
      <w:sdtPr>
        <w:tag w:val="amount_requested"/>
        <w:alias w:val="amount requested"/>
        <w:id w:val="114"/>
        <w:text w:multiLine="1"/>
      </w:sdtPr>
      <w:sdtContent>
        <w:p>
          <w:pPr>
            <w:spacing w:after="100" w:line="250" w:lineRule="auto"/>
            <w:pBdr>
              <w:bottom w:val="single" w:sz="4" w:color="BBBBBB" w:space="3"/>
            </w:pBdr>
          </w:pPr>
          <w:r>
            <w:rPr>
              <w:color w:val="777777"/>
              <w:sz w:val="22"/>
            </w:rPr>
            <w:t>Enter response here</w:t>
            <w:br/>
          </w:r>
        </w:p>
      </w:sdtContent>
    </w:sdt>
    <w:p>
      <w:pPr>
        <w:keepNext/>
        <w:spacing w:after="60"/>
      </w:pPr>
      <w:r>
        <w:rPr>
          <w:b/>
        </w:rPr>
        <w:t>How much have you already secured towards your funds?</w:t>
      </w:r>
    </w:p>
    <w:p>
      <w:pPr>
        <w:keepNext/>
        <w:spacing w:after="80"/>
      </w:pPr>
      <w:r>
        <w:rPr>
          <w:sz w:val="21"/>
        </w:rPr>
        <w:t>If you have not secured any funding towards the total amount, please enter £0.</w:t>
      </w:r>
    </w:p>
    <w:sdt>
      <w:sdtPr>
        <w:tag w:val="amount_secured"/>
        <w:alias w:val="amount secured"/>
        <w:id w:val="115"/>
        <w:text w:multiLine="1"/>
      </w:sdtPr>
      <w:sdtContent>
        <w:p>
          <w:pPr>
            <w:spacing w:after="100" w:line="250" w:lineRule="auto"/>
            <w:pBdr>
              <w:bottom w:val="single" w:sz="4" w:color="BBBBBB" w:space="3"/>
            </w:pBdr>
          </w:pPr>
          <w:r>
            <w:rPr>
              <w:color w:val="777777"/>
              <w:sz w:val="22"/>
            </w:rPr>
            <w:t>Enter response here</w:t>
            <w:br/>
          </w:r>
        </w:p>
      </w:sdtContent>
    </w:sdt>
    <w:p>
      <w:pPr>
        <w:keepNext/>
        <w:spacing w:after="60"/>
      </w:pPr>
      <w:r>
        <w:rPr>
          <w:b/>
        </w:rPr>
        <w:t>Please explain your fundraising strategy, including details of any funds already secured and applications you have or plan to make</w:t>
      </w:r>
    </w:p>
    <w:sdt>
      <w:sdtPr>
        <w:tag w:val="fundraising_strategy"/>
        <w:alias w:val="fundraising strategy"/>
        <w:id w:val="116"/>
        <w:text w:multiLine="1"/>
      </w:sdtPr>
      <w:sdtContent>
        <w:p>
          <w:pPr>
            <w:spacing w:after="100" w:line="250" w:lineRule="auto"/>
            <w:pBdr>
              <w:bottom w:val="single" w:sz="4" w:color="BBBBBB" w:space="3"/>
            </w:pBdr>
          </w:pPr>
          <w:r>
            <w:rPr>
              <w:color w:val="777777"/>
              <w:sz w:val="22"/>
            </w:rPr>
            <w:t>Enter response here</w:t>
            <w:br/>
            <w:br/>
            <w:br/>
            <w:br/>
            <w:br/>
            <w:br/>
            <w:br/>
            <w:br/>
            <w:br/>
            <w:br/>
            <w:br/>
            <w:br/>
            <w:br/>
            <w:br/>
          </w:r>
        </w:p>
      </w:sdtContent>
    </w:sdt>
    <w:p>
      <w:pPr>
        <w:pStyle w:val="Heading2"/>
      </w:pPr>
      <w:r>
        <w:t>Your funding request</w:t>
      </w:r>
    </w:p>
    <w:p>
      <w:pPr>
        <w:keepNext/>
        <w:spacing w:after="60"/>
      </w:pPr>
      <w:r>
        <w:rPr>
          <w:b/>
        </w:rPr>
        <w:t>What geographical area will this grant cover?</w:t>
      </w:r>
    </w:p>
    <w:sdt>
      <w:sdtPr>
        <w:tag w:val="geographical_area"/>
        <w:alias w:val="geographical area"/>
        <w:id w:val="117"/>
        <w:text w:multiLine="1"/>
      </w:sdtPr>
      <w:sdtContent>
        <w:p>
          <w:pPr>
            <w:spacing w:after="100" w:line="250" w:lineRule="auto"/>
            <w:pBdr>
              <w:bottom w:val="single" w:sz="4" w:color="BBBBBB" w:space="3"/>
            </w:pBdr>
          </w:pPr>
          <w:r>
            <w:rPr>
              <w:color w:val="777777"/>
              <w:sz w:val="22"/>
            </w:rPr>
            <w:t>Enter response here</w:t>
            <w:br/>
            <w:br/>
            <w:br/>
            <w:br/>
          </w:r>
        </w:p>
      </w:sdtContent>
    </w:sdt>
    <w:p>
      <w:r>
        <w:br w:type="page"/>
      </w:r>
    </w:p>
    <w:p>
      <w:pPr>
        <w:pStyle w:val="Heading1"/>
      </w:pPr>
      <w:r>
        <w:t>Your local community</w:t>
      </w:r>
    </w:p>
    <w:p>
      <w:pPr>
        <w:keepNext/>
        <w:spacing w:after="60"/>
      </w:pPr>
      <w:r>
        <w:rPr>
          <w:b/>
        </w:rPr>
        <w:t>Considering your local community, what challenges is it facing that are relevant for this application? (500 words)</w:t>
      </w:r>
    </w:p>
    <w:p>
      <w:pPr>
        <w:keepNext/>
        <w:spacing w:after="80"/>
      </w:pPr>
      <w:r>
        <w:rPr>
          <w:sz w:val="21"/>
        </w:rPr>
        <w:t>We are interested in understanding the challenges in your local area.</w:t>
      </w:r>
    </w:p>
    <w:sdt>
      <w:sdtPr>
        <w:tag w:val="community_challenges"/>
        <w:alias w:val="community challenges"/>
        <w:id w:val="118"/>
        <w:text w:multiLine="1"/>
      </w:sdtPr>
      <w:sdtContent>
        <w:p>
          <w:pPr>
            <w:spacing w:after="100" w:line="250" w:lineRule="auto"/>
            <w:pBdr>
              <w:bottom w:val="single" w:sz="4" w:color="BBBBBB" w:space="3"/>
            </w:pBdr>
          </w:pPr>
          <w:r>
            <w:rPr>
              <w:color w:val="777777"/>
              <w:sz w:val="22"/>
            </w:rPr>
            <w:t>Enter response here</w:t>
            <w:br/>
            <w:br/>
            <w:br/>
            <w:br/>
            <w:br/>
            <w:br/>
            <w:br/>
            <w:br/>
            <w:br/>
            <w:br/>
            <w:br/>
            <w:br/>
            <w:br/>
            <w:br/>
            <w:br/>
            <w:br/>
            <w:br/>
            <w:br/>
            <w:br/>
            <w:br/>
            <w:br/>
            <w:br/>
            <w:br/>
            <w:br/>
            <w:br/>
            <w:br/>
            <w:br/>
            <w:br/>
            <w:br/>
            <w:br/>
            <w:br/>
            <w:br/>
            <w:br/>
          </w:r>
        </w:p>
      </w:sdtContent>
    </w:sdt>
    <w:p>
      <w:pPr/>
      <w:r>
        <w:t>If needed, please append additional pages/information.</w:t>
      </w:r>
    </w:p>
    <w:p>
      <w:r>
        <w:br w:type="page"/>
      </w:r>
    </w:p>
    <w:p>
      <w:pPr>
        <w:pStyle w:val="Heading1"/>
      </w:pPr>
      <w:r>
        <w:t>The people you support</w:t>
      </w:r>
    </w:p>
    <w:p>
      <w:pPr>
        <w:keepNext/>
        <w:spacing w:after="60"/>
      </w:pPr>
      <w:r>
        <w:rPr>
          <w:b/>
        </w:rPr>
        <w:t>Who is your work designed to support and what are their needs? (500 words)</w:t>
      </w:r>
    </w:p>
    <w:p>
      <w:pPr>
        <w:keepNext/>
        <w:spacing w:after="80"/>
      </w:pPr>
      <w:r>
        <w:rPr>
          <w:sz w:val="21"/>
        </w:rPr>
        <w:t>Describe the circumstances of the people you are supporting and the issues and challenges they face. Applications supported by the MIC Foundation must be able to demonstrate that the people they are supporting need the service that is being provided. We want to understand the problems or circumstances that make the work necessary. It may be that people are lacking resources or facing certain barriers in accessing the support, information, or care that they need. If needed, please append additional pages/information.</w:t>
      </w:r>
    </w:p>
    <w:sdt>
      <w:sdtPr>
        <w:tag w:val="people_supported"/>
        <w:alias w:val="people supported"/>
        <w:id w:val="119"/>
        <w:text w:multiLine="1"/>
      </w:sdtPr>
      <w:sdtContent>
        <w:p>
          <w:pPr>
            <w:spacing w:after="100" w:line="250" w:lineRule="auto"/>
            <w:pBdr>
              <w:bottom w:val="single" w:sz="4" w:color="BBBBBB" w:space="3"/>
            </w:pBdr>
          </w:pPr>
          <w:r>
            <w:rPr>
              <w:color w:val="777777"/>
              <w:sz w:val="22"/>
            </w:rPr>
            <w:t>Enter response here</w:t>
            <w:br/>
            <w:br/>
            <w:br/>
            <w:br/>
            <w:br/>
            <w:br/>
            <w:br/>
            <w:br/>
            <w:br/>
            <w:br/>
            <w:br/>
            <w:br/>
            <w:br/>
            <w:br/>
            <w:br/>
            <w:br/>
            <w:br/>
            <w:br/>
            <w:br/>
            <w:br/>
            <w:br/>
            <w:br/>
            <w:br/>
            <w:br/>
            <w:br/>
            <w:br/>
            <w:br/>
            <w:br/>
            <w:br/>
            <w:br/>
          </w:r>
        </w:p>
      </w:sdtContent>
    </w:sdt>
    <w:p>
      <w:r>
        <w:br w:type="page"/>
      </w:r>
    </w:p>
    <w:p>
      <w:pPr>
        <w:pStyle w:val="Heading1"/>
      </w:pPr>
      <w:r>
        <w:t>Using the funding</w:t>
      </w:r>
    </w:p>
    <w:p>
      <w:pPr>
        <w:keepNext/>
        <w:spacing w:after="60"/>
      </w:pPr>
      <w:r>
        <w:rPr>
          <w:b/>
        </w:rPr>
        <w:t>How will this funding be used and what do you hope to achieve as a result?</w:t>
      </w:r>
    </w:p>
    <w:p>
      <w:pPr>
        <w:keepNext/>
        <w:spacing w:after="80"/>
      </w:pPr>
      <w:r>
        <w:rPr>
          <w:sz w:val="21"/>
        </w:rPr>
        <w:t>What changes or benefits will there be to the lives of people you help as a result of your services?</w:t>
      </w:r>
    </w:p>
    <w:sdt>
      <w:sdtPr>
        <w:tag w:val="use_and_outcomes"/>
        <w:alias w:val="use and outcomes"/>
        <w:id w:val="120"/>
        <w:text w:multiLine="1"/>
      </w:sdtPr>
      <w:sdtContent>
        <w:p>
          <w:pPr>
            <w:spacing w:after="100" w:line="250" w:lineRule="auto"/>
            <w:pBdr>
              <w:bottom w:val="single" w:sz="4" w:color="BBBBBB" w:space="3"/>
            </w:pBdr>
          </w:pPr>
          <w:r>
            <w:rPr>
              <w:color w:val="777777"/>
              <w:sz w:val="22"/>
            </w:rPr>
            <w:t>Enter response here</w:t>
            <w:br/>
            <w:br/>
            <w:br/>
            <w:br/>
            <w:br/>
            <w:br/>
            <w:br/>
            <w:br/>
          </w:r>
        </w:p>
      </w:sdtContent>
    </w:sdt>
    <w:p>
      <w:pPr>
        <w:keepNext/>
        <w:spacing w:after="60"/>
      </w:pPr>
      <w:r>
        <w:rPr>
          <w:b/>
        </w:rPr>
        <w:t>Please tell us how this grant will help to develop or sustain your organisation</w:t>
      </w:r>
    </w:p>
    <w:p>
      <w:pPr>
        <w:keepNext/>
        <w:spacing w:after="80"/>
      </w:pPr>
      <w:r>
        <w:rPr>
          <w:sz w:val="21"/>
        </w:rPr>
        <w:t>While we do not need to know exactly how you plan to spend the grant, we would like to understand how these funds will help your organisation.</w:t>
      </w:r>
    </w:p>
    <w:sdt>
      <w:sdtPr>
        <w:tag w:val="develop_sustain"/>
        <w:alias w:val="develop sustain"/>
        <w:id w:val="121"/>
        <w:text w:multiLine="1"/>
      </w:sdtPr>
      <w:sdtContent>
        <w:p>
          <w:pPr>
            <w:spacing w:after="100" w:line="250" w:lineRule="auto"/>
            <w:pBdr>
              <w:bottom w:val="single" w:sz="4" w:color="BBBBBB" w:space="3"/>
            </w:pBdr>
          </w:pPr>
          <w:r>
            <w:rPr>
              <w:color w:val="777777"/>
              <w:sz w:val="22"/>
            </w:rPr>
            <w:t>Enter response here</w:t>
            <w:br/>
            <w:br/>
            <w:br/>
            <w:br/>
            <w:br/>
            <w:br/>
            <w:br/>
          </w:r>
        </w:p>
      </w:sdtContent>
    </w:sdt>
    <w:p>
      <w:pPr>
        <w:keepNext/>
        <w:spacing w:after="60"/>
      </w:pPr>
      <w:r>
        <w:rPr>
          <w:b/>
        </w:rPr>
        <w:t>When do you need this funding by?</w:t>
      </w:r>
    </w:p>
    <w:p>
      <w:pPr>
        <w:keepNext/>
        <w:spacing w:after="80"/>
      </w:pPr>
      <w:r>
        <w:rPr>
          <w:sz w:val="21"/>
        </w:rPr>
        <w:t>Please provide the month and year.</w:t>
      </w:r>
    </w:p>
    <w:sdt>
      <w:sdtPr>
        <w:tag w:val="funding_needed_by"/>
        <w:alias w:val="funding needed by"/>
        <w:id w:val="122"/>
        <w:text w:multiLine="1"/>
      </w:sdtPr>
      <w:sdtContent>
        <w:p>
          <w:pPr>
            <w:spacing w:after="100" w:line="250" w:lineRule="auto"/>
            <w:pBdr>
              <w:bottom w:val="single" w:sz="4" w:color="BBBBBB" w:space="3"/>
            </w:pBdr>
          </w:pPr>
          <w:r>
            <w:rPr>
              <w:color w:val="777777"/>
              <w:sz w:val="22"/>
            </w:rPr>
            <w:t>Enter response here</w:t>
          </w:r>
        </w:p>
      </w:sdtContent>
    </w:sdt>
    <w:p>
      <w:pPr>
        <w:pStyle w:val="Heading2"/>
      </w:pPr>
      <w:r>
        <w:t>Your bank account information</w:t>
      </w:r>
    </w:p>
    <w:p>
      <w:pPr>
        <w:keepNext/>
        <w:spacing w:after="60"/>
      </w:pPr>
      <w:r>
        <w:rPr>
          <w:b/>
        </w:rPr>
        <w:t>Account name</w:t>
      </w:r>
    </w:p>
    <w:sdt>
      <w:sdtPr>
        <w:tag w:val="bank_account_name"/>
        <w:alias w:val="bank account name"/>
        <w:id w:val="123"/>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Sort code</w:t>
      </w:r>
    </w:p>
    <w:sdt>
      <w:sdtPr>
        <w:tag w:val="bank_sort_code"/>
        <w:alias w:val="bank sort code"/>
        <w:id w:val="124"/>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Bank account number</w:t>
      </w:r>
    </w:p>
    <w:sdt>
      <w:sdtPr>
        <w:tag w:val="bank_account_number"/>
        <w:alias w:val="bank account number"/>
        <w:id w:val="125"/>
        <w:text w:multiLine="1"/>
      </w:sdtPr>
      <w:sdtContent>
        <w:p>
          <w:pPr>
            <w:spacing w:after="100" w:line="250" w:lineRule="auto"/>
            <w:pBdr>
              <w:bottom w:val="single" w:sz="4" w:color="BBBBBB" w:space="3"/>
            </w:pBdr>
          </w:pPr>
          <w:r>
            <w:rPr>
              <w:color w:val="777777"/>
              <w:sz w:val="22"/>
            </w:rPr>
            <w:t>Enter response here</w:t>
          </w:r>
        </w:p>
      </w:sdtContent>
    </w:sdt>
    <w:p>
      <w:r>
        <w:br w:type="page"/>
      </w:r>
    </w:p>
    <w:p>
      <w:pPr>
        <w:pStyle w:val="Heading1"/>
      </w:pPr>
      <w:r>
        <w:t>Safeguarding and additional information</w:t>
      </w:r>
    </w:p>
    <w:p>
      <w:pPr>
        <w:keepNext/>
        <w:spacing w:after="60"/>
      </w:pPr>
      <w:r>
        <w:rPr>
          <w:b/>
        </w:rPr>
        <w:t>Please confirm that your organisation has an up-to-date safeguarding policy</w:t>
      </w:r>
    </w:p>
    <w:p>
      <w:pPr>
        <w:keepNext/>
        <w:spacing w:after="80"/>
      </w:pPr>
      <w:r>
        <w:rPr>
          <w:sz w:val="21"/>
        </w:rPr>
        <w:t>Your policy must be up to date and your staff must have suitable training and support to deal with any safeguarding issues.</w:t>
      </w:r>
    </w:p>
    <w:sdt>
      <w:sdtPr>
        <w:tag w:val="safeguarding_policy"/>
        <w:alias w:val="safeguarding policy"/>
        <w:id w:val="126"/>
        <w:text w:multiLine="1"/>
      </w:sdtPr>
      <w:sdtContent>
        <w:p>
          <w:pPr>
            <w:spacing w:after="100" w:line="250" w:lineRule="auto"/>
            <w:pBdr>
              <w:bottom w:val="single" w:sz="4" w:color="BBBBBB" w:space="3"/>
            </w:pBdr>
          </w:pPr>
          <w:r>
            <w:rPr>
              <w:color w:val="777777"/>
              <w:sz w:val="22"/>
            </w:rPr>
            <w:t>Enter response here</w:t>
            <w:br/>
          </w:r>
        </w:p>
      </w:sdtContent>
    </w:sdt>
    <w:p>
      <w:pPr>
        <w:keepNext/>
        <w:spacing w:after="60"/>
      </w:pPr>
      <w:r>
        <w:rPr>
          <w:b/>
        </w:rPr>
        <w:t>Please confirm that appropriate DBS/PVG checks are carried out for all staff and volunteers working with children and/or adults with care and support needs</w:t>
      </w:r>
    </w:p>
    <w:p>
      <w:pPr>
        <w:keepNext/>
        <w:spacing w:after="80"/>
      </w:pPr>
      <w:r>
        <w:rPr>
          <w:sz w:val="21"/>
        </w:rPr>
        <w:t>If Disclosure and Barring/PVG checks are not necessary, please explain why.</w:t>
      </w:r>
    </w:p>
    <w:sdt>
      <w:sdtPr>
        <w:tag w:val="dbs_pvg"/>
        <w:alias w:val="dbs pvg"/>
        <w:id w:val="127"/>
        <w:text w:multiLine="1"/>
      </w:sdtPr>
      <w:sdtContent>
        <w:p>
          <w:pPr>
            <w:spacing w:after="100" w:line="250" w:lineRule="auto"/>
            <w:pBdr>
              <w:bottom w:val="single" w:sz="4" w:color="BBBBBB" w:space="3"/>
            </w:pBdr>
          </w:pPr>
          <w:r>
            <w:rPr>
              <w:color w:val="777777"/>
              <w:sz w:val="22"/>
            </w:rPr>
            <w:t>Enter response here</w:t>
            <w:br/>
            <w:br/>
          </w:r>
        </w:p>
      </w:sdtContent>
    </w:sdt>
    <w:p>
      <w:pPr>
        <w:pStyle w:val="Heading2"/>
      </w:pPr>
      <w:r>
        <w:t>Additional information needed</w:t>
      </w:r>
    </w:p>
    <w:p>
      <w:pPr/>
      <w:r>
        <w:t>Please provide a copy of the charity constitution and your latest signed audited/independently examined accounts. Include these with the application.</w:t>
      </w:r>
    </w:p>
    <w:p>
      <w:pPr>
        <w:pStyle w:val="Heading2"/>
      </w:pPr>
      <w:r>
        <w:t>Additional optional questions</w:t>
      </w:r>
    </w:p>
    <w:p>
      <w:pPr>
        <w:keepNext/>
        <w:spacing w:after="60"/>
      </w:pPr>
      <w:r>
        <w:rPr>
          <w:b/>
        </w:rPr>
        <w:t>Is there anything else that you would like to tell us about your organisation or your request for funding?</w:t>
      </w:r>
    </w:p>
    <w:p>
      <w:pPr>
        <w:keepNext/>
        <w:spacing w:after="80"/>
      </w:pPr>
      <w:r>
        <w:rPr>
          <w:sz w:val="21"/>
        </w:rPr>
        <w:t>The purpose of this question is to give you an opportunity to tell us anything else which you feel is important but not covered by the questions we have asked.</w:t>
      </w:r>
    </w:p>
    <w:sdt>
      <w:sdtPr>
        <w:tag w:val="anything_else"/>
        <w:alias w:val="anything else"/>
        <w:id w:val="128"/>
        <w:text w:multiLine="1"/>
      </w:sdtPr>
      <w:sdtContent>
        <w:p>
          <w:pPr>
            <w:spacing w:after="100" w:line="250" w:lineRule="auto"/>
            <w:pBdr>
              <w:bottom w:val="single" w:sz="4" w:color="BBBBBB" w:space="3"/>
            </w:pBdr>
          </w:pPr>
          <w:r>
            <w:rPr>
              <w:color w:val="777777"/>
              <w:sz w:val="22"/>
            </w:rPr>
            <w:t>Enter response here</w:t>
            <w:br/>
            <w:br/>
            <w:br/>
          </w:r>
        </w:p>
      </w:sdtContent>
    </w:sdt>
    <w:p>
      <w:pPr>
        <w:keepNext/>
        <w:spacing w:after="60"/>
      </w:pPr>
      <w:r>
        <w:rPr>
          <w:b/>
        </w:rPr>
        <w:t>Please could you tell us where you found out about this grant programme?</w:t>
      </w:r>
    </w:p>
    <w:sdt>
      <w:sdtPr>
        <w:tag w:val="where_heard"/>
        <w:alias w:val="where heard"/>
        <w:id w:val="129"/>
        <w:text w:multiLine="1"/>
      </w:sdtPr>
      <w:sdtContent>
        <w:p>
          <w:pPr>
            <w:spacing w:after="100" w:line="250" w:lineRule="auto"/>
            <w:pBdr>
              <w:bottom w:val="single" w:sz="4" w:color="BBBBBB" w:space="3"/>
            </w:pBdr>
          </w:pPr>
          <w:r>
            <w:rPr>
              <w:color w:val="777777"/>
              <w:sz w:val="22"/>
            </w:rPr>
            <w:t>Enter response here</w:t>
            <w:br/>
          </w:r>
        </w:p>
      </w:sdtContent>
    </w:sdt>
    <w:p>
      <w:pPr>
        <w:keepNext/>
        <w:spacing w:after="60"/>
      </w:pPr>
      <w:r>
        <w:rPr>
          <w:b/>
        </w:rPr>
        <w:t>Have you experienced any technical issues whilst completing this application form?</w:t>
      </w:r>
    </w:p>
    <w:sdt>
      <w:sdtPr>
        <w:tag w:val="technical_issues"/>
        <w:alias w:val="technical issues"/>
        <w:id w:val="130"/>
        <w:text w:multiLine="1"/>
      </w:sdtPr>
      <w:sdtContent>
        <w:p>
          <w:pPr>
            <w:spacing w:after="100" w:line="250" w:lineRule="auto"/>
            <w:pBdr>
              <w:bottom w:val="single" w:sz="4" w:color="BBBBBB" w:space="3"/>
            </w:pBdr>
          </w:pPr>
          <w:r>
            <w:rPr>
              <w:color w:val="777777"/>
              <w:sz w:val="22"/>
            </w:rPr>
            <w:t>Enter response here</w:t>
            <w:br/>
          </w:r>
        </w:p>
      </w:sdtContent>
    </w:sdt>
    <w:p>
      <w:r>
        <w:br w:type="page"/>
      </w:r>
    </w:p>
    <w:p>
      <w:pPr>
        <w:pStyle w:val="Heading1"/>
      </w:pPr>
      <w:r>
        <w:t>Confirmation and authorisation</w:t>
      </w:r>
    </w:p>
    <w:p>
      <w:pPr>
        <w:pStyle w:val="Heading3"/>
      </w:pPr>
      <w:r>
        <w:t>Data Protection Statement</w:t>
      </w:r>
    </w:p>
    <w:p>
      <w:pPr/>
      <w:r>
        <w:t>We shall process all personal data provided to us for the purposes of assessing your application, managing or monitoring any grant awarded and any related administration or research purposes in accordance with our privacy policy.</w:t>
      </w:r>
    </w:p>
    <w:p>
      <w:pPr>
        <w:pStyle w:val="Heading3"/>
      </w:pPr>
      <w:r>
        <w:t>Third Party Data</w:t>
      </w:r>
    </w:p>
    <w:p>
      <w:pPr/>
      <w:r>
        <w:t>No personal data concerning third party individuals should be included within your application form without their explicit knowledge and written consent that their information will be shared with The MIC Foundation and potentially other grant makers. Below you will be asked to confirm this before the application can be made.</w:t>
      </w:r>
    </w:p>
    <w:p>
      <w:pPr/>
      <w:r>
        <w:t>Any additional excessive personal information will not be considered and immediately deleted. Can we please therefore ask that you do NOT include details of named or identifiable individuals, for example, their job title, connection to your organisation, physical attributes, or other descriptions, either in details of beneficiaries aided, case studies provided, or in any other information. Should you have reasons why such information should be provided to us, please contact us before sending us the information.</w:t>
      </w:r>
    </w:p>
    <w:p>
      <w:pPr>
        <w:pStyle w:val="Heading3"/>
      </w:pPr>
      <w:r>
        <w:t>Collaborating with other Grant Makers</w:t>
      </w:r>
    </w:p>
    <w:p>
      <w:pPr/>
      <w:r>
        <w:t>We reserve the right to disclose non-personal information, regarding your application, activities and organisation, to other grant makers unless you expressly request otherwise. No personal data will be shared with other grant makers for this purpose.</w:t>
      </w:r>
    </w:p>
    <w:p>
      <w:pPr>
        <w:pStyle w:val="Heading3"/>
      </w:pPr>
      <w:r>
        <w:t>Detection of fraud</w:t>
      </w:r>
    </w:p>
    <w:p>
      <w:pPr/>
      <w:r>
        <w:t>We reserve the right to share personal information to detect and prevent fraud and do not require your consent.</w:t>
      </w:r>
    </w:p>
    <w:p>
      <w:pPr>
        <w:spacing w:after="140"/>
      </w:pPr>
      <w:r>
        <w:t>☐  I confirm that, to the best of my belief, all information provided in this application is true and correct and I am authorised to submit this application on behalf of the organisation.</w:t>
      </w:r>
    </w:p>
    <w:p>
      <w:pPr>
        <w:spacing w:after="140"/>
      </w:pPr>
      <w:r>
        <w:t>☐  I confirm that the written agreement and permission (to pass their personal information to The MIC Foundation) for all individuals identified in our application has been obtained.</w:t>
      </w:r>
    </w:p>
    <w:p>
      <w:pPr>
        <w:keepNext/>
        <w:spacing w:after="60"/>
      </w:pPr>
      <w:r>
        <w:rPr>
          <w:b/>
        </w:rPr>
        <w:t>Signature of applicant</w:t>
      </w:r>
    </w:p>
    <w:sdt>
      <w:sdtPr>
        <w:tag w:val="applicant_signature"/>
        <w:alias w:val="applicant signature"/>
        <w:id w:val="131"/>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Printed name and title</w:t>
      </w:r>
    </w:p>
    <w:sdt>
      <w:sdtPr>
        <w:tag w:val="printed_name_title"/>
        <w:alias w:val="printed name title"/>
        <w:id w:val="132"/>
        <w:text w:multiLine="1"/>
      </w:sdtPr>
      <w:sdtContent>
        <w:p>
          <w:pPr>
            <w:spacing w:after="100" w:line="250" w:lineRule="auto"/>
            <w:pBdr>
              <w:bottom w:val="single" w:sz="4" w:color="BBBBBB" w:space="3"/>
            </w:pBdr>
          </w:pPr>
          <w:r>
            <w:rPr>
              <w:color w:val="777777"/>
              <w:sz w:val="22"/>
            </w:rPr>
            <w:t>Enter response here</w:t>
          </w:r>
        </w:p>
      </w:sdtContent>
    </w:sdt>
    <w:p>
      <w:pPr>
        <w:keepNext/>
        <w:spacing w:after="60"/>
      </w:pPr>
      <w:r>
        <w:rPr>
          <w:b/>
        </w:rPr>
        <w:t>Date</w:t>
      </w:r>
    </w:p>
    <w:sdt>
      <w:sdtPr>
        <w:tag w:val="signature_date"/>
        <w:alias w:val="signature date"/>
        <w:id w:val="133"/>
        <w:text w:multiLine="1"/>
      </w:sdtPr>
      <w:sdtContent>
        <w:p>
          <w:pPr>
            <w:spacing w:after="100" w:line="250" w:lineRule="auto"/>
            <w:pBdr>
              <w:bottom w:val="single" w:sz="4" w:color="BBBBBB" w:space="3"/>
            </w:pBdr>
          </w:pPr>
          <w:r>
            <w:rPr>
              <w:color w:val="777777"/>
              <w:sz w:val="22"/>
            </w:rPr>
            <w:t>Enter response here</w:t>
          </w:r>
        </w:p>
      </w:sdtContent>
    </w:sdt>
    <w:sectPr w:rsidR="00FC693F" w:rsidRPr="0006063C" w:rsidSect="00034616">
      <w:headerReference w:type="default" r:id="rId9"/>
      <w:footerReference w:type="default" r:id="rId10"/>
      <w:pgSz w:w="12240" w:h="15840"/>
      <w:pgMar w:top="792"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4"/>
      </w:rPr>
      <w:t xml:space="preserve">Application form adapted from the MIC Foundation template supplied by Straub Food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STRAUB FOOD  |  MIC FOUNDATION APPLICATION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20" w:line="252"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252"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20" w:line="252"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80" w:after="120" w:line="252"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80" w:after="120" w:line="252"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2" w:lineRule="auto" w:before="80"/>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 Foundation Funding Application</dc:title>
  <dc:subject>Blank funding application</dc:subject>
  <dc:creator>Straub Food</dc:creator>
  <cp:keywords/>
  <dc:description>generated by python-docx</dc:description>
  <cp:lastModifiedBy>Straub Food</cp:lastModifiedBy>
  <cp:revision>1</cp:revision>
  <dcterms:created xsi:type="dcterms:W3CDTF">2013-12-23T23:15:00Z</dcterms:created>
  <dcterms:modified xsi:type="dcterms:W3CDTF">2013-12-23T23:15:00Z</dcterms:modified>
  <cp:category/>
</cp:coreProperties>
</file>